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Six Platform Publishing Checklist</w:t>
      </w:r>
    </w:p>
    <w:p>
      <w:r>
        <w:t>60 checks cover Xiaohongshu, Instagram, TikTok, YouTube, Snapchat and Douyin. Complete these 12 common checks, then the 8 checks for your chosen platform. Review settings against the features currently available to the account.</w:t>
      </w:r>
    </w:p>
    <w:p>
      <w:r>
        <w:t>Brand / campaign: ________________  Account: ________________</w:t>
      </w:r>
    </w:p>
    <w:p>
      <w:r>
        <w:t>Owner: ________________  Publication date / zone: ________________</w:t>
      </w:r>
    </w:p>
    <w:p>
      <w:r>
        <w:t>01  [     ]  State one primary objective and one audience action.</w:t>
      </w:r>
    </w:p>
    <w:p>
      <w:r>
        <w:t>02  [     ]  Confirm brand, product, shade or service details.</w:t>
      </w:r>
    </w:p>
    <w:p>
      <w:r>
        <w:t>03  [     ]  Verify the creator’s own account and relevant work.</w:t>
      </w:r>
    </w:p>
    <w:p>
      <w:r>
        <w:t>04  [     ]  Confirm target country, language, captions and purchase territory.</w:t>
      </w:r>
    </w:p>
    <w:p>
      <w:r>
        <w:t>05  [     ]  Specify formats, quantities, deadlines and revision rounds.</w:t>
      </w:r>
    </w:p>
    <w:p>
      <w:r>
        <w:t>06  [     ]  Record permitted reuse platforms, territories, duration and edits.</w:t>
      </w:r>
    </w:p>
    <w:p>
      <w:r>
        <w:t>07  [     ]  Obtain the necessary image, music, appearance and location permissions.</w:t>
      </w:r>
    </w:p>
    <w:p>
      <w:r>
        <w:t>08  [     ]  Check product statements against evidence; avoid guaranteed outcomes.</w:t>
      </w:r>
    </w:p>
    <w:p>
      <w:r>
        <w:t>09  [     ]  Agree the appropriate commercial-partnership disclosure.</w:t>
      </w:r>
    </w:p>
    <w:p>
      <w:r>
        <w:t>10  [     ]  Have the designated owner approve final text, images and video.</w:t>
      </w:r>
    </w:p>
    <w:p>
      <w:r>
        <w:t>11  [     ]  Open final links and check the mobile display and destination.</w:t>
      </w:r>
    </w:p>
    <w:p>
      <w:r>
        <w:t>12  [     ]  Assign post-publication checks, reporting and correction ownership.</w:t>
      </w:r>
    </w:p>
    <w:p>
      <w:pPr>
        <w:pStyle w:val="Heading2"/>
      </w:pPr>
      <w:r>
        <w:t>Corrections and owners</w:t>
      </w:r>
    </w:p>
    <w:p>
      <w:r>
        <w:t>Item: ______  Correction: ________________  Owner: ______</w:t>
        <w:br/>
        <w:t>Due: ________________  Recheck result: ________________</w:t>
      </w:r>
    </w:p>
    <w:p>
      <w:r>
        <w:t>Approver / time: ________________  Final version location: ________________</w:t>
      </w:r>
    </w:p>
    <w:p>
      <w:r>
        <w:br w:type="page"/>
      </w:r>
    </w:p>
    <w:p>
      <w:pPr>
        <w:pStyle w:val="Heading1"/>
      </w:pPr>
      <w:r>
        <w:t>Xiaohongshu Checklist</w:t>
      </w:r>
    </w:p>
    <w:p>
      <w:r>
        <w:t>Complete the common checks first. Mark each item Pass, Fix or N/A, then record any required changes below.</w:t>
      </w:r>
    </w:p>
    <w:p>
      <w:r>
        <w:t>Brand / campaign: ________________  Account: ________________</w:t>
      </w:r>
    </w:p>
    <w:p>
      <w:r>
        <w:t>Owner: ________________  Publication date / zone: ________________</w:t>
      </w:r>
    </w:p>
    <w:p>
      <w:r>
        <w:t>01  [     ]  Make the cover and title answer the same specific question.</w:t>
      </w:r>
    </w:p>
    <w:p>
      <w:r>
        <w:t>02  [     ]  Identify the place, product or intended user in the opening.</w:t>
      </w:r>
    </w:p>
    <w:p>
      <w:r>
        <w:t>03  [     ]  Order images from outcome to process to practical details.</w:t>
      </w:r>
    </w:p>
    <w:p>
      <w:r>
        <w:t>04  [     ]  Use relevant keywords naturally without repetition.</w:t>
      </w:r>
    </w:p>
    <w:p>
      <w:r>
        <w:t>05  [     ]  Recheck location, venue, dates and any stated price conditions.</w:t>
      </w:r>
    </w:p>
    <w:p>
      <w:r>
        <w:t>06  [     ]  Review partnership settings available to the account.</w:t>
      </w:r>
    </w:p>
    <w:p>
      <w:r>
        <w:t>07  [     ]  Use a contact or purchase route currently available to the account.</w:t>
      </w:r>
    </w:p>
    <w:p>
      <w:r>
        <w:t>08  [     ]  Save the post URL and agreed-window views, saves and comment data.</w:t>
      </w:r>
    </w:p>
    <w:p>
      <w:pPr>
        <w:pStyle w:val="Heading2"/>
      </w:pPr>
      <w:r>
        <w:t>Corrections and owners</w:t>
      </w:r>
    </w:p>
    <w:p>
      <w:r>
        <w:t>Item: ______  Correction: ________________  Owner: ______</w:t>
        <w:br/>
        <w:t>Due: ________________  Recheck result: ________________</w:t>
      </w:r>
    </w:p>
    <w:p>
      <w:r>
        <w:t>Approver / time: ________________  Final version location: ________________</w:t>
      </w:r>
    </w:p>
    <w:p>
      <w:r>
        <w:br w:type="page"/>
      </w:r>
    </w:p>
    <w:p>
      <w:pPr>
        <w:pStyle w:val="Heading1"/>
      </w:pPr>
      <w:r>
        <w:t>Instagram Checklist</w:t>
      </w:r>
    </w:p>
    <w:p>
      <w:r>
        <w:t>Complete the common checks first. Mark each item Pass, Fix or N/A, then record any required changes below.</w:t>
      </w:r>
    </w:p>
    <w:p>
      <w:r>
        <w:t>Brand / campaign: ________________  Account: ________________</w:t>
      </w:r>
    </w:p>
    <w:p>
      <w:r>
        <w:t>Owner: ________________  Publication date / zone: ________________</w:t>
      </w:r>
    </w:p>
    <w:p>
      <w:r>
        <w:t>01  [     ]  Choose Reel, carousel or Stories with a clear purpose.</w:t>
      </w:r>
    </w:p>
    <w:p>
      <w:r>
        <w:t>02  [     ]  Check that the cover remains clear after profile-grid cropping.</w:t>
      </w:r>
    </w:p>
    <w:p>
      <w:r>
        <w:t>03  [     ]  Keep essential text clear of interface controls and overlapping captions.</w:t>
      </w:r>
    </w:p>
    <w:p>
      <w:r>
        <w:t>04  [     ]  Make the content understandable without sound.</w:t>
      </w:r>
    </w:p>
    <w:p>
      <w:r>
        <w:t>05  [     ]  Confirm account tags and partnership labels with both parties.</w:t>
      </w:r>
    </w:p>
    <w:p>
      <w:r>
        <w:t>06  [     ]  Confirm audio use and brand reuse scope.</w:t>
      </w:r>
    </w:p>
    <w:p>
      <w:r>
        <w:t>07  [     ]  Verify the specified bio, Story or other entry reaches the intended page.</w:t>
      </w:r>
    </w:p>
    <w:p>
      <w:r>
        <w:t>08  [     ]  Report organic publication and paid distribution separately.</w:t>
      </w:r>
    </w:p>
    <w:p>
      <w:pPr>
        <w:pStyle w:val="Heading2"/>
      </w:pPr>
      <w:r>
        <w:t>Corrections and owners</w:t>
      </w:r>
    </w:p>
    <w:p>
      <w:r>
        <w:t>Item: ______  Correction: ________________  Owner: ______</w:t>
        <w:br/>
        <w:t>Due: ________________  Recheck result: ________________</w:t>
      </w:r>
    </w:p>
    <w:p>
      <w:r>
        <w:t>Approver / time: ________________  Final version location: ________________</w:t>
      </w:r>
    </w:p>
    <w:p>
      <w:r>
        <w:br w:type="page"/>
      </w:r>
    </w:p>
    <w:p>
      <w:pPr>
        <w:pStyle w:val="Heading1"/>
      </w:pPr>
      <w:r>
        <w:t>TikTok Checklist</w:t>
      </w:r>
    </w:p>
    <w:p>
      <w:r>
        <w:t>Complete the common checks first. Mark each item Pass, Fix or N/A, then record any required changes below.</w:t>
      </w:r>
    </w:p>
    <w:p>
      <w:r>
        <w:t>Brand / campaign: ________________  Account: ________________</w:t>
      </w:r>
    </w:p>
    <w:p>
      <w:r>
        <w:t>Owner: ________________  Publication date / zone: ________________</w:t>
      </w:r>
    </w:p>
    <w:p>
      <w:r>
        <w:t>01  [     ]  Open with the viewer’s problem, outcome or product context.</w:t>
      </w:r>
    </w:p>
    <w:p>
      <w:r>
        <w:t>02  [     ]  Check vertical framing and readable mobile captions.</w:t>
      </w:r>
    </w:p>
    <w:p>
      <w:r>
        <w:t>03  [     ]  Make the demonstration consistent with the spoken and written claims.</w:t>
      </w:r>
    </w:p>
    <w:p>
      <w:r>
        <w:t>04  [     ]  Confirm the account market and campaign territory.</w:t>
      </w:r>
    </w:p>
    <w:p>
      <w:r>
        <w:t>05  [     ]  Review current commercial-content labels and available features.</w:t>
      </w:r>
    </w:p>
    <w:p>
      <w:r>
        <w:t>06  [     ]  Ensure audio has permission for the intended brand use.</w:t>
      </w:r>
    </w:p>
    <w:p>
      <w:r>
        <w:t>07  [     ]  If ad authorization is needed, specify the account, duration and scope.</w:t>
      </w:r>
    </w:p>
    <w:p>
      <w:r>
        <w:t>08  [     ]  Save the source video, approved version, post URL and agreed reporting data.</w:t>
      </w:r>
    </w:p>
    <w:p>
      <w:pPr>
        <w:pStyle w:val="Heading2"/>
      </w:pPr>
      <w:r>
        <w:t>Corrections and owners</w:t>
      </w:r>
    </w:p>
    <w:p>
      <w:r>
        <w:t>Item: ______  Correction: ________________  Owner: ______</w:t>
        <w:br/>
        <w:t>Due: ________________  Recheck result: ________________</w:t>
      </w:r>
    </w:p>
    <w:p>
      <w:r>
        <w:t>Approver / time: ________________  Final version location: ________________</w:t>
      </w:r>
    </w:p>
    <w:p>
      <w:r>
        <w:br w:type="page"/>
      </w:r>
    </w:p>
    <w:p>
      <w:pPr>
        <w:pStyle w:val="Heading1"/>
      </w:pPr>
      <w:r>
        <w:t>YouTube Checklist</w:t>
      </w:r>
    </w:p>
    <w:p>
      <w:r>
        <w:t>Complete the common checks first. Mark each item Pass, Fix or N/A, then record any required changes below.</w:t>
      </w:r>
    </w:p>
    <w:p>
      <w:r>
        <w:t>Brand / campaign: ________________  Account: ________________</w:t>
      </w:r>
    </w:p>
    <w:p>
      <w:r>
        <w:t>Owner: ________________  Publication date / zone: ________________</w:t>
      </w:r>
    </w:p>
    <w:p>
      <w:r>
        <w:t>01  [     ]  Distinguish long-form and Shorts objectives and deliverables.</w:t>
      </w:r>
    </w:p>
    <w:p>
      <w:r>
        <w:t>02  [     ]  Make title and thumbnail accurately reflect the video.</w:t>
      </w:r>
    </w:p>
    <w:p>
      <w:r>
        <w:t>03  [     ]  Explain early what the viewer will learn or gain.</w:t>
      </w:r>
    </w:p>
    <w:p>
      <w:r>
        <w:t>04  [     ]  Check in-video disclosure and the account’s paid-promotion setting.</w:t>
      </w:r>
    </w:p>
    <w:p>
      <w:r>
        <w:t>05  [     ]  Include correct product names, references and links in the description.</w:t>
      </w:r>
    </w:p>
    <w:p>
      <w:r>
        <w:t>06  [     ]  Check captions, chapters and important timestamps.</w:t>
      </w:r>
    </w:p>
    <w:p>
      <w:r>
        <w:t>07  [     ]  Confirm music, footage, image and brand reuse rights.</w:t>
      </w:r>
    </w:p>
    <w:p>
      <w:r>
        <w:t>08  [     ]  Report agreed-window viewing, retention and target actions.</w:t>
      </w:r>
    </w:p>
    <w:p>
      <w:pPr>
        <w:pStyle w:val="Heading2"/>
      </w:pPr>
      <w:r>
        <w:t>Corrections and owners</w:t>
      </w:r>
    </w:p>
    <w:p>
      <w:r>
        <w:t>Item: ______  Correction: ________________  Owner: ______</w:t>
        <w:br/>
        <w:t>Due: ________________  Recheck result: ________________</w:t>
      </w:r>
    </w:p>
    <w:p>
      <w:r>
        <w:t>Approver / time: ________________  Final version location: ________________</w:t>
      </w:r>
    </w:p>
    <w:p>
      <w:r>
        <w:br w:type="page"/>
      </w:r>
    </w:p>
    <w:p>
      <w:pPr>
        <w:pStyle w:val="Heading1"/>
      </w:pPr>
      <w:r>
        <w:t>Snapchat Checklist</w:t>
      </w:r>
    </w:p>
    <w:p>
      <w:r>
        <w:t>Complete the common checks first. Mark each item Pass, Fix or N/A, then record any required changes below.</w:t>
      </w:r>
    </w:p>
    <w:p>
      <w:r>
        <w:t>Brand / campaign: ________________  Account: ________________</w:t>
      </w:r>
    </w:p>
    <w:p>
      <w:r>
        <w:t>Owner: ________________  Publication date / zone: ________________</w:t>
      </w:r>
    </w:p>
    <w:p>
      <w:r>
        <w:t>01  [     ]  Confirm the intended Public Profile, Stories or Spotlight format.</w:t>
      </w:r>
    </w:p>
    <w:p>
      <w:r>
        <w:t>02  [     ]  Give each segment enough context to stand alone.</w:t>
      </w:r>
    </w:p>
    <w:p>
      <w:r>
        <w:t>03  [     ]  Keep vertical framing and text clear of interface overlays.</w:t>
      </w:r>
    </w:p>
    <w:p>
      <w:r>
        <w:t>04  [     ]  State dates and time zones for time-sensitive content.</w:t>
      </w:r>
    </w:p>
    <w:p>
      <w:r>
        <w:t>05  [     ]  Review commercial disclosure using current account features.</w:t>
      </w:r>
    </w:p>
    <w:p>
      <w:r>
        <w:t>06  [     ]  Match product, location and brand tags to the actual collaboration.</w:t>
      </w:r>
    </w:p>
    <w:p>
      <w:r>
        <w:t>07  [     ]  Confirm whether the brand may save, repost or advertise the content.</w:t>
      </w:r>
    </w:p>
    <w:p>
      <w:r>
        <w:t>08  [     ]  Agree when to preserve content and reports before access expires.</w:t>
      </w:r>
    </w:p>
    <w:p>
      <w:pPr>
        <w:pStyle w:val="Heading2"/>
      </w:pPr>
      <w:r>
        <w:t>Corrections and owners</w:t>
      </w:r>
    </w:p>
    <w:p>
      <w:r>
        <w:t>Item: ______  Correction: ________________  Owner: ______</w:t>
        <w:br/>
        <w:t>Due: ________________  Recheck result: ________________</w:t>
      </w:r>
    </w:p>
    <w:p>
      <w:r>
        <w:t>Approver / time: ________________  Final version location: ________________</w:t>
      </w:r>
    </w:p>
    <w:p>
      <w:r>
        <w:br w:type="page"/>
      </w:r>
    </w:p>
    <w:p>
      <w:pPr>
        <w:pStyle w:val="Heading1"/>
      </w:pPr>
      <w:r>
        <w:t>Douyin Checklist</w:t>
      </w:r>
    </w:p>
    <w:p>
      <w:r>
        <w:t>Complete the common checks first. Mark each item Pass, Fix or N/A, then record any required changes below.</w:t>
      </w:r>
    </w:p>
    <w:p>
      <w:r>
        <w:t>Brand / campaign: ________________  Account: ________________</w:t>
      </w:r>
    </w:p>
    <w:p>
      <w:r>
        <w:t>Owner: ________________  Publication date / zone: ________________</w:t>
      </w:r>
    </w:p>
    <w:p>
      <w:r>
        <w:t>01  [     ]  Align the opening, title and cover around one reason to watch.</w:t>
      </w:r>
    </w:p>
    <w:p>
      <w:r>
        <w:t>02  [     ]  Check captions, venue, location and product names.</w:t>
      </w:r>
    </w:p>
    <w:p>
      <w:r>
        <w:t>03  [     ]  Keep family or travel demonstrations contextual and avoid universal promises.</w:t>
      </w:r>
    </w:p>
    <w:p>
      <w:r>
        <w:t>04  [     ]  Review commercial-content settings for the account and arrangement.</w:t>
      </w:r>
    </w:p>
    <w:p>
      <w:r>
        <w:t>05  [     ]  If a product or group-buy entry is included, check the item and conditions.</w:t>
      </w:r>
    </w:p>
    <w:p>
      <w:r>
        <w:t>06  [     ]  Confirm music, appearance, asset and editing permissions.</w:t>
      </w:r>
    </w:p>
    <w:p>
      <w:r>
        <w:t>07  [     ]  Recheck captions, links and settings for each cross-platform version.</w:t>
      </w:r>
    </w:p>
    <w:p>
      <w:r>
        <w:t>08  [     ]  Agree content retention, reporting windows and responsibility for follow-up issues.</w:t>
      </w:r>
    </w:p>
    <w:p>
      <w:pPr>
        <w:pStyle w:val="Heading2"/>
      </w:pPr>
      <w:r>
        <w:t>Corrections and owners</w:t>
      </w:r>
    </w:p>
    <w:p>
      <w:r>
        <w:t>Item: ______  Correction: ________________  Owner: ______</w:t>
        <w:br/>
        <w:t>Due: ________________  Recheck result: ________________</w:t>
      </w:r>
    </w:p>
    <w:p>
      <w:r>
        <w:t>Approver / time: ________________  Final version location: ________________</w:t>
      </w:r>
    </w:p>
    <w:p>
      <w:r>
        <w:br w:type="page"/>
      </w:r>
    </w:p>
    <w:p>
      <w:pPr>
        <w:pStyle w:val="Heading1"/>
      </w:pPr>
      <w:r>
        <w:t>Worked Example and Publication Record</w:t>
      </w:r>
    </w:p>
    <w:p>
      <w:r>
        <w:t>This fictional campaign illustrates how to use the checklist. It is not a real collaboration or a measured result.</w:t>
      </w:r>
    </w:p>
    <w:p>
      <w:r>
        <w:rPr>
          <w:b/>
        </w:rPr>
        <w:t xml:space="preserve">Campaign: </w:t>
      </w:r>
      <w:r>
        <w:t>Cushion foundation Instagram Reel for Hong Kong</w:t>
      </w:r>
    </w:p>
    <w:p>
      <w:r>
        <w:rPr>
          <w:b/>
        </w:rPr>
        <w:t xml:space="preserve">Primary objective: </w:t>
      </w:r>
      <w:r>
        <w:t>Explain the finish and application steps</w:t>
      </w:r>
    </w:p>
    <w:p>
      <w:r>
        <w:rPr>
          <w:b/>
        </w:rPr>
        <w:t xml:space="preserve">Deliverables: </w:t>
      </w:r>
      <w:r>
        <w:t>One demo Reel, Traditional Chinese captions and three same-light detail photos</w:t>
      </w:r>
    </w:p>
    <w:p>
      <w:r>
        <w:rPr>
          <w:b/>
        </w:rPr>
        <w:t xml:space="preserve">Common check 8: </w:t>
      </w:r>
      <w:r>
        <w:t>Fix: remove an all-day wear guarantee; describe actual trial conditions and observations</w:t>
      </w:r>
    </w:p>
    <w:p>
      <w:r>
        <w:rPr>
          <w:b/>
        </w:rPr>
        <w:t xml:space="preserve">Instagram check 2: </w:t>
      </w:r>
      <w:r>
        <w:t>Fix: product name is cut off in the profile-grid crop</w:t>
      </w:r>
    </w:p>
    <w:p>
      <w:r>
        <w:rPr>
          <w:b/>
        </w:rPr>
        <w:t xml:space="preserve">Correction owner: </w:t>
      </w:r>
      <w:r>
        <w:t>Editor revises wording; designer repositions cover text</w:t>
      </w:r>
    </w:p>
    <w:p>
      <w:r>
        <w:rPr>
          <w:b/>
        </w:rPr>
        <w:t xml:space="preserve">Recheck: </w:t>
      </w:r>
      <w:r>
        <w:t>Brand and creator approve the same final version and record its location</w:t>
      </w:r>
    </w:p>
    <w:p>
      <w:r>
        <w:rPr>
          <w:b/>
        </w:rPr>
        <w:t xml:space="preserve">After publication: </w:t>
      </w:r>
      <w:r>
        <w:t>Save the post; collect organic views, saves and link actions over the agreed window</w:t>
      </w:r>
    </w:p>
    <w:p>
      <w:pPr>
        <w:pStyle w:val="Heading2"/>
      </w:pPr>
      <w:r>
        <w:t>Your Publication Record</w:t>
      </w:r>
    </w:p>
    <w:p>
      <w:r>
        <w:t>Post URL: ________________</w:t>
      </w:r>
    </w:p>
    <w:p>
      <w:r>
        <w:t>Publication date and time zone: ________________</w:t>
      </w:r>
    </w:p>
    <w:p>
      <w:r>
        <w:t>Reporting window: ________________</w:t>
      </w:r>
    </w:p>
    <w:p>
      <w:r>
        <w:t>Primary metric / result: ________________</w:t>
      </w:r>
    </w:p>
    <w:p>
      <w:r>
        <w:t>Separate organic and paid results: ________________</w:t>
      </w:r>
    </w:p>
    <w:p>
      <w:r>
        <w:t>Corrections and resolution date: 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Allua  |  Brand Content Publishing Checklist  |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F65C4E"/>
      </w:rPr>
      <w:t>ALLUA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Futura" w:hAnsi="Futura" w:eastAsia="Noto Sans CJK T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Futura" w:hAnsi="Futura" w:eastAsia="Noto Sans CJK T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Futura" w:hAnsi="Futura" w:eastAsia="Noto Sans CJK T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Futura" w:hAnsi="Futura" w:eastAsia="Noto Sans CJK T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