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六平台內容發布前 Checklist</w:t>
      </w:r>
    </w:p>
    <w:p>
      <w:r>
        <w:t>60項檢查涵蓋小紅書、Instagram、TikTok、YouTube、Snapchat及抖音。先完成本頁12項，再完成本次使用平台的8項。這是一份團隊審批範本，請按帳號當前可用功能核對設定。</w:t>
      </w:r>
    </w:p>
    <w:p>
      <w:r>
        <w:t>品牌／活動：________________  帳號：________________</w:t>
      </w:r>
    </w:p>
    <w:p>
      <w:r>
        <w:t>負責人：________________  預計發布日期／時區：________________</w:t>
      </w:r>
    </w:p>
    <w:p>
      <w:r>
        <w:t>01  [     ]  已寫明一個主要目標及一個讀者行動。</w:t>
      </w:r>
    </w:p>
    <w:p>
      <w:r>
        <w:t>02  [     ]  已確認品牌、產品名稱、色號或服務資料。</w:t>
      </w:r>
    </w:p>
    <w:p>
      <w:r>
        <w:t>03  [     ]  已核對創作者本人帳號及代表作品。</w:t>
      </w:r>
    </w:p>
    <w:p>
      <w:r>
        <w:t>04  [     ]  已確認目標國家、語言、字幕及購買地區。</w:t>
      </w:r>
    </w:p>
    <w:p>
      <w:r>
        <w:t>05  [     ]  已列清交付格式、數量、期限及修改次數。</w:t>
      </w:r>
    </w:p>
    <w:p>
      <w:r>
        <w:t>06  [     ]  已寫明內容使用平台、地區、期限及剪輯範圍。</w:t>
      </w:r>
    </w:p>
    <w:p>
      <w:r>
        <w:t>07  [     ]  已取得需要的圖片、音樂、出鏡及場地許可。</w:t>
      </w:r>
    </w:p>
    <w:p>
      <w:r>
        <w:t>08  [     ]  已核對產品說法與證據，避免保證式效果描述。</w:t>
      </w:r>
    </w:p>
    <w:p>
      <w:r>
        <w:t>09  [     ]  已與創作者確認合適的商業合作標示。</w:t>
      </w:r>
    </w:p>
    <w:p>
      <w:r>
        <w:t>10  [     ]  已由指定負責人核准最後文字、圖片與影片。</w:t>
      </w:r>
    </w:p>
    <w:p>
      <w:r>
        <w:t>11  [     ]  已點擊最終連結並確認手機顯示與目的地。</w:t>
      </w:r>
    </w:p>
    <w:p>
      <w:r>
        <w:t>12  [     ]  已安排發布後檢查、數據回收及更正負責人。</w:t>
      </w:r>
    </w:p>
    <w:p>
      <w:pPr>
        <w:pStyle w:val="Heading2"/>
      </w:pPr>
      <w:r>
        <w:t>待修正事項與負責人</w:t>
      </w:r>
    </w:p>
    <w:p>
      <w:r>
        <w:t>項目編號：______  修正：________________  負責人：______</w:t>
        <w:br/>
        <w:t>完成期限：________________  複查結果：________________</w:t>
      </w:r>
    </w:p>
    <w:p>
      <w:r>
        <w:t>核准人／時間：________________  最終版本位置：________________</w:t>
      </w:r>
    </w:p>
    <w:p>
      <w:r>
        <w:br w:type="page"/>
      </w:r>
    </w:p>
    <w:p>
      <w:pPr>
        <w:pStyle w:val="Heading1"/>
      </w:pPr>
      <w:r>
        <w:t>小紅書 Checklist</w:t>
      </w:r>
    </w:p>
    <w:p>
      <w:r>
        <w:t>使用本章前，先完成通用檢查。每項填入通過、待修正或不適用，並在下方記錄待辦。</w:t>
      </w:r>
    </w:p>
    <w:p>
      <w:r>
        <w:t>品牌／活動：________________  帳號：________________</w:t>
      </w:r>
    </w:p>
    <w:p>
      <w:r>
        <w:t>負責人：________________  預計發布日期／時區：________________</w:t>
      </w:r>
    </w:p>
    <w:p>
      <w:r>
        <w:t>01  [     ]  封面與標題回答同一個具體問題。</w:t>
      </w:r>
    </w:p>
    <w:p>
      <w:r>
        <w:t>02  [     ]  首段交代地點、產品或體驗對象。</w:t>
      </w:r>
    </w:p>
    <w:p>
      <w:r>
        <w:t>03  [     ]  圖片順序由結果、過程到實用資料。</w:t>
      </w:r>
    </w:p>
    <w:p>
      <w:r>
        <w:t>04  [     ]  關鍵字自然出現，沒有重複堆砌。</w:t>
      </w:r>
    </w:p>
    <w:p>
      <w:r>
        <w:t>05  [     ]  地點、店名、日期及費用適用條件已重讀。</w:t>
      </w:r>
    </w:p>
    <w:p>
      <w:r>
        <w:t>06  [     ]  已在帳號當前可用功能中核對商業合作設定。</w:t>
      </w:r>
    </w:p>
    <w:p>
      <w:r>
        <w:t>07  [     ]  引導行動符合帳號當前可用的聯絡或購買路徑。</w:t>
      </w:r>
    </w:p>
    <w:p>
      <w:r>
        <w:t>08  [     ]  發布後保存原帖連結與約定時點的觀看、收藏及留言資料。</w:t>
      </w:r>
    </w:p>
    <w:p>
      <w:pPr>
        <w:pStyle w:val="Heading2"/>
      </w:pPr>
      <w:r>
        <w:t>待修正事項與負責人</w:t>
      </w:r>
    </w:p>
    <w:p>
      <w:r>
        <w:t>項目編號：______  修正：________________  負責人：______</w:t>
        <w:br/>
        <w:t>完成期限：________________  複查結果：________________</w:t>
      </w:r>
    </w:p>
    <w:p>
      <w:r>
        <w:t>核准人／時間：________________  最終版本位置：________________</w:t>
      </w:r>
    </w:p>
    <w:p>
      <w:r>
        <w:br w:type="page"/>
      </w:r>
    </w:p>
    <w:p>
      <w:pPr>
        <w:pStyle w:val="Heading1"/>
      </w:pPr>
      <w:r>
        <w:t>Instagram Checklist</w:t>
      </w:r>
    </w:p>
    <w:p>
      <w:r>
        <w:t>使用本章前，先完成通用檢查。每項填入通過、待修正或不適用，並在下方記錄待辦。</w:t>
      </w:r>
    </w:p>
    <w:p>
      <w:r>
        <w:t>品牌／活動：________________  帳號：________________</w:t>
      </w:r>
    </w:p>
    <w:p>
      <w:r>
        <w:t>負責人：________________  預計發布日期／時區：________________</w:t>
      </w:r>
    </w:p>
    <w:p>
      <w:r>
        <w:t>01  [     ]  已選定 Reel、輪播或 Stories，交付目的清楚。</w:t>
      </w:r>
    </w:p>
    <w:p>
      <w:r>
        <w:t>02  [     ]  封面在個人頁裁切後仍能看懂。</w:t>
      </w:r>
    </w:p>
    <w:p>
      <w:r>
        <w:t>03  [     ]  重要字句避開操作按鈕及字幕重疊位置。</w:t>
      </w:r>
    </w:p>
    <w:p>
      <w:r>
        <w:t>04  [     ]  無聲觀看仍可透過字幕理解內容。</w:t>
      </w:r>
    </w:p>
    <w:p>
      <w:r>
        <w:t>05  [     ]  合作帳號標註及商業合作標籤已由雙方核對。</w:t>
      </w:r>
    </w:p>
    <w:p>
      <w:r>
        <w:t>06  [     ]  音訊用途及品牌重用範圍已確認。</w:t>
      </w:r>
    </w:p>
    <w:p>
      <w:r>
        <w:t>07  [     ]  個人簡介、Story或其他指定入口確實到達目標頁。</w:t>
      </w:r>
    </w:p>
    <w:p>
      <w:r>
        <w:t>08  [     ]  已記錄自然發布與付費投放的分開回報方式。</w:t>
      </w:r>
    </w:p>
    <w:p>
      <w:pPr>
        <w:pStyle w:val="Heading2"/>
      </w:pPr>
      <w:r>
        <w:t>待修正事項與負責人</w:t>
      </w:r>
    </w:p>
    <w:p>
      <w:r>
        <w:t>項目編號：______  修正：________________  負責人：______</w:t>
        <w:br/>
        <w:t>完成期限：________________  複查結果：________________</w:t>
      </w:r>
    </w:p>
    <w:p>
      <w:r>
        <w:t>核准人／時間：________________  最終版本位置：________________</w:t>
      </w:r>
    </w:p>
    <w:p>
      <w:r>
        <w:br w:type="page"/>
      </w:r>
    </w:p>
    <w:p>
      <w:pPr>
        <w:pStyle w:val="Heading1"/>
      </w:pPr>
      <w:r>
        <w:t>TikTok Checklist</w:t>
      </w:r>
    </w:p>
    <w:p>
      <w:r>
        <w:t>使用本章前，先完成通用檢查。每項填入通過、待修正或不適用，並在下方記錄待辦。</w:t>
      </w:r>
    </w:p>
    <w:p>
      <w:r>
        <w:t>品牌／活動：________________  帳號：________________</w:t>
      </w:r>
    </w:p>
    <w:p>
      <w:r>
        <w:t>負責人：________________  預計發布日期／時區：________________</w:t>
      </w:r>
    </w:p>
    <w:p>
      <w:r>
        <w:t>01  [     ]  開場直接展示觀眾問題、結果或產品情境。</w:t>
      </w:r>
    </w:p>
    <w:p>
      <w:r>
        <w:t>02  [     ]  直向構圖與字幕在手機上清楚可讀。</w:t>
      </w:r>
    </w:p>
    <w:p>
      <w:r>
        <w:t>03  [     ]  實際示範與文案說法一致。</w:t>
      </w:r>
    </w:p>
    <w:p>
      <w:r>
        <w:t>04  [     ]  已核對帳號所在地及本次目標市場。</w:t>
      </w:r>
    </w:p>
    <w:p>
      <w:r>
        <w:t>05  [     ]  已核對當前商業內容標示與可用功能。</w:t>
      </w:r>
    </w:p>
    <w:p>
      <w:r>
        <w:t>06  [     ]  品牌內容使用的音訊已有相應許可。</w:t>
      </w:r>
    </w:p>
    <w:p>
      <w:r>
        <w:t>07  [     ]  如需廣告授權，另寫明帳號、期限與投放範圍。</w:t>
      </w:r>
    </w:p>
    <w:p>
      <w:r>
        <w:t>08  [     ]  已保存原片、核准稿、原帖及約定時點數據。</w:t>
      </w:r>
    </w:p>
    <w:p>
      <w:pPr>
        <w:pStyle w:val="Heading2"/>
      </w:pPr>
      <w:r>
        <w:t>待修正事項與負責人</w:t>
      </w:r>
    </w:p>
    <w:p>
      <w:r>
        <w:t>項目編號：______  修正：________________  負責人：______</w:t>
        <w:br/>
        <w:t>完成期限：________________  複查結果：________________</w:t>
      </w:r>
    </w:p>
    <w:p>
      <w:r>
        <w:t>核准人／時間：________________  最終版本位置：________________</w:t>
      </w:r>
    </w:p>
    <w:p>
      <w:r>
        <w:br w:type="page"/>
      </w:r>
    </w:p>
    <w:p>
      <w:pPr>
        <w:pStyle w:val="Heading1"/>
      </w:pPr>
      <w:r>
        <w:t>YouTube Checklist</w:t>
      </w:r>
    </w:p>
    <w:p>
      <w:r>
        <w:t>使用本章前，先完成通用檢查。每項填入通過、待修正或不適用，並在下方記錄待辦。</w:t>
      </w:r>
    </w:p>
    <w:p>
      <w:r>
        <w:t>品牌／活動：________________  帳號：________________</w:t>
      </w:r>
    </w:p>
    <w:p>
      <w:r>
        <w:t>負責人：________________  預計發布日期／時區：________________</w:t>
      </w:r>
    </w:p>
    <w:p>
      <w:r>
        <w:t>01  [     ]  已區分長片與Shorts的目的及交付。</w:t>
      </w:r>
    </w:p>
    <w:p>
      <w:r>
        <w:t>02  [     ]  標題與縮圖能準確反映影片內容。</w:t>
      </w:r>
    </w:p>
    <w:p>
      <w:r>
        <w:t>03  [     ]  開場交代觀眾看完可得到甚麼。</w:t>
      </w:r>
    </w:p>
    <w:p>
      <w:r>
        <w:t>04  [     ]  片內合作說明與帳號付費宣傳設定已核對。</w:t>
      </w:r>
    </w:p>
    <w:p>
      <w:r>
        <w:t>05  [     ]  資訊欄保留正確產品名稱、參考資料與連結。</w:t>
      </w:r>
    </w:p>
    <w:p>
      <w:r>
        <w:t>06  [     ]  已核對字幕、章節及重要時間碼。</w:t>
      </w:r>
    </w:p>
    <w:p>
      <w:r>
        <w:t>07  [     ]  音樂、片段、圖片及品牌二次使用權已確認。</w:t>
      </w:r>
    </w:p>
    <w:p>
      <w:r>
        <w:t>08  [     ]  回報包含約定窗口的觀看、留存及目標行動。</w:t>
      </w:r>
    </w:p>
    <w:p>
      <w:pPr>
        <w:pStyle w:val="Heading2"/>
      </w:pPr>
      <w:r>
        <w:t>待修正事項與負責人</w:t>
      </w:r>
    </w:p>
    <w:p>
      <w:r>
        <w:t>項目編號：______  修正：________________  負責人：______</w:t>
        <w:br/>
        <w:t>完成期限：________________  複查結果：________________</w:t>
      </w:r>
    </w:p>
    <w:p>
      <w:r>
        <w:t>核准人／時間：________________  最終版本位置：________________</w:t>
      </w:r>
    </w:p>
    <w:p>
      <w:r>
        <w:br w:type="page"/>
      </w:r>
    </w:p>
    <w:p>
      <w:pPr>
        <w:pStyle w:val="Heading1"/>
      </w:pPr>
      <w:r>
        <w:t>Snapchat Checklist</w:t>
      </w:r>
    </w:p>
    <w:p>
      <w:r>
        <w:t>使用本章前，先完成通用檢查。每項填入通過、待修正或不適用，並在下方記錄待辦。</w:t>
      </w:r>
    </w:p>
    <w:p>
      <w:r>
        <w:t>品牌／活動：________________  帳號：________________</w:t>
      </w:r>
    </w:p>
    <w:p>
      <w:r>
        <w:t>負責人：________________  預計發布日期／時區：________________</w:t>
      </w:r>
    </w:p>
    <w:p>
      <w:r>
        <w:t>01  [     ]  已確認使用Public Profile、Stories或Spotlight。</w:t>
      </w:r>
    </w:p>
    <w:p>
      <w:r>
        <w:t>02  [     ]  每段即使獨立觀看亦有足夠背景。</w:t>
      </w:r>
    </w:p>
    <w:p>
      <w:r>
        <w:t>03  [     ]  直向畫面與文字避開介面遮擋。</w:t>
      </w:r>
    </w:p>
    <w:p>
      <w:r>
        <w:t>04  [     ]  時效性內容已寫明適用日期與時區。</w:t>
      </w:r>
    </w:p>
    <w:p>
      <w:r>
        <w:t>05  [     ]  商業合作標示已按當前帳號功能核對。</w:t>
      </w:r>
    </w:p>
    <w:p>
      <w:r>
        <w:t>06  [     ]  產品、地點及品牌標註與實際合作相符。</w:t>
      </w:r>
    </w:p>
    <w:p>
      <w:r>
        <w:t>07  [     ]  已確認品牌可否保存、轉發或作付費用途。</w:t>
      </w:r>
    </w:p>
    <w:p>
      <w:r>
        <w:t>08  [     ]  已約定在內容或數據失效前保存作品及回報。</w:t>
      </w:r>
    </w:p>
    <w:p>
      <w:pPr>
        <w:pStyle w:val="Heading2"/>
      </w:pPr>
      <w:r>
        <w:t>待修正事項與負責人</w:t>
      </w:r>
    </w:p>
    <w:p>
      <w:r>
        <w:t>項目編號：______  修正：________________  負責人：______</w:t>
        <w:br/>
        <w:t>完成期限：________________  複查結果：________________</w:t>
      </w:r>
    </w:p>
    <w:p>
      <w:r>
        <w:t>核准人／時間：________________  最終版本位置：________________</w:t>
      </w:r>
    </w:p>
    <w:p>
      <w:r>
        <w:br w:type="page"/>
      </w:r>
    </w:p>
    <w:p>
      <w:pPr>
        <w:pStyle w:val="Heading1"/>
      </w:pPr>
      <w:r>
        <w:t>抖音 Checklist</w:t>
      </w:r>
    </w:p>
    <w:p>
      <w:r>
        <w:t>使用本章前，先完成通用檢查。每項填入通過、待修正或不適用，並在下方記錄待辦。</w:t>
      </w:r>
    </w:p>
    <w:p>
      <w:r>
        <w:t>品牌／活動：________________  帳號：________________</w:t>
      </w:r>
    </w:p>
    <w:p>
      <w:r>
        <w:t>負責人：________________  預計發布日期／時區：________________</w:t>
      </w:r>
    </w:p>
    <w:p>
      <w:r>
        <w:t>01  [     ]  開場、標題與封面指向同一個觀看理由。</w:t>
      </w:r>
    </w:p>
    <w:p>
      <w:r>
        <w:t>02  [     ]  字幕、店名、地點與產品名稱已逐字核對。</w:t>
      </w:r>
    </w:p>
    <w:p>
      <w:r>
        <w:t>03  [     ]  親子或旅遊示範保留必要情境，不誇大可複製性。</w:t>
      </w:r>
    </w:p>
    <w:p>
      <w:r>
        <w:t>04  [     ]  已按帳號及合作方式核對商業內容設定。</w:t>
      </w:r>
    </w:p>
    <w:p>
      <w:r>
        <w:t>05  [     ]  如含商品或團購入口，已點擊核對商品與適用條件。</w:t>
      </w:r>
    </w:p>
    <w:p>
      <w:r>
        <w:t>06  [     ]  音樂、出鏡、素材及剪輯權限已確認。</w:t>
      </w:r>
    </w:p>
    <w:p>
      <w:r>
        <w:t>07  [     ]  跨平台版本已重新核對字幕、連結與發布設定。</w:t>
      </w:r>
    </w:p>
    <w:p>
      <w:r>
        <w:t>08  [     ]  已約定作品保存、數據窗口與售後問題分工。</w:t>
      </w:r>
    </w:p>
    <w:p>
      <w:pPr>
        <w:pStyle w:val="Heading2"/>
      </w:pPr>
      <w:r>
        <w:t>待修正事項與負責人</w:t>
      </w:r>
    </w:p>
    <w:p>
      <w:r>
        <w:t>項目編號：______  修正：________________  負責人：______</w:t>
        <w:br/>
        <w:t>完成期限：________________  複查結果：________________</w:t>
      </w:r>
    </w:p>
    <w:p>
      <w:r>
        <w:t>核准人／時間：________________  最終版本位置：________________</w:t>
      </w:r>
    </w:p>
    <w:p>
      <w:r>
        <w:br w:type="page"/>
      </w:r>
    </w:p>
    <w:p>
      <w:pPr>
        <w:pStyle w:val="Heading1"/>
      </w:pPr>
      <w:r>
        <w:t>填寫示例與發布後紀錄</w:t>
      </w:r>
    </w:p>
    <w:p>
      <w:r>
        <w:t>示例是虛構活動，用來說明填寫方法，不代表實際合作或成效。</w:t>
      </w:r>
    </w:p>
    <w:p>
      <w:r>
        <w:rPr>
          <w:b/>
        </w:rPr>
        <w:t xml:space="preserve">活動: </w:t>
      </w:r>
      <w:r>
        <w:t>香港市場氣墊粉底 Instagram Reel</w:t>
      </w:r>
    </w:p>
    <w:p>
      <w:r>
        <w:rPr>
          <w:b/>
        </w:rPr>
        <w:t xml:space="preserve">主要目標: </w:t>
      </w:r>
      <w:r>
        <w:t>讓讀者理解妝感及使用步驟</w:t>
      </w:r>
    </w:p>
    <w:p>
      <w:r>
        <w:rPr>
          <w:b/>
        </w:rPr>
        <w:t xml:space="preserve">交付: </w:t>
      </w:r>
      <w:r>
        <w:t>一條示範Reel、繁中字幕、三張同光源局部照片</w:t>
      </w:r>
    </w:p>
    <w:p>
      <w:r>
        <w:rPr>
          <w:b/>
        </w:rPr>
        <w:t xml:space="preserve">通用第8項: </w:t>
      </w:r>
      <w:r>
        <w:t>待修正：刪除「全天不脫妝」保證，改為實際試用情境及觀察</w:t>
      </w:r>
    </w:p>
    <w:p>
      <w:r>
        <w:rPr>
          <w:b/>
        </w:rPr>
        <w:t xml:space="preserve">Instagram第2項: </w:t>
      </w:r>
      <w:r>
        <w:t>待修正：封面產品名稱在個人頁裁切後不完整</w:t>
      </w:r>
    </w:p>
    <w:p>
      <w:r>
        <w:rPr>
          <w:b/>
        </w:rPr>
        <w:t xml:space="preserve">修正負責人: </w:t>
      </w:r>
      <w:r>
        <w:t>內容編輯調整文案；設計師移動封面字句</w:t>
      </w:r>
    </w:p>
    <w:p>
      <w:r>
        <w:rPr>
          <w:b/>
        </w:rPr>
        <w:t xml:space="preserve">複查: </w:t>
      </w:r>
      <w:r>
        <w:t>品牌與創作者確認版本後，在最終檔案位置記錄同一版本</w:t>
      </w:r>
    </w:p>
    <w:p>
      <w:r>
        <w:rPr>
          <w:b/>
        </w:rPr>
        <w:t xml:space="preserve">發布後: </w:t>
      </w:r>
      <w:r>
        <w:t>保存原帖；按約定窗口收集自然觀看、收藏及連結行動</w:t>
      </w:r>
    </w:p>
    <w:p>
      <w:pPr>
        <w:pStyle w:val="Heading2"/>
      </w:pPr>
      <w:r>
        <w:t>你的發布後紀錄</w:t>
      </w:r>
    </w:p>
    <w:p>
      <w:r>
        <w:t>原帖網址：________________</w:t>
      </w:r>
    </w:p>
    <w:p>
      <w:r>
        <w:t>實際發布日期與時區：________________</w:t>
      </w:r>
    </w:p>
    <w:p>
      <w:r>
        <w:t>數據觀察窗口：________________</w:t>
      </w:r>
    </w:p>
    <w:p>
      <w:r>
        <w:t>主要指標／結果：________________</w:t>
      </w:r>
    </w:p>
    <w:p>
      <w:r>
        <w:t>自然內容／廣告分開紀錄：________________</w:t>
      </w:r>
    </w:p>
    <w:p>
      <w:r>
        <w:t>需要更正的內容及處理日期：________________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Allua  |  Brand Content Publishing Checklist  |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F65C4E"/>
      </w:rPr>
      <w:t>ALLUA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Noto Sans CJK TC" w:hAnsi="Noto Sans CJK TC" w:eastAsia="Noto Sans CJK T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